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74" w:rsidRDefault="00346174">
      <w:pPr>
        <w:jc w:val="center"/>
        <w:rPr>
          <w:b/>
          <w:sz w:val="24"/>
        </w:rPr>
      </w:pPr>
      <w:bookmarkStart w:id="0" w:name="_GoBack"/>
      <w:bookmarkEnd w:id="0"/>
    </w:p>
    <w:p w:rsidR="00346174" w:rsidRPr="00346174" w:rsidRDefault="00346174">
      <w:pPr>
        <w:jc w:val="center"/>
        <w:rPr>
          <w:b/>
          <w:color w:val="FF0000"/>
          <w:sz w:val="24"/>
          <w:lang w:val="pl-PL"/>
        </w:rPr>
      </w:pPr>
      <w:r w:rsidRPr="00346174">
        <w:rPr>
          <w:b/>
          <w:color w:val="FF0000"/>
          <w:sz w:val="24"/>
          <w:lang w:val="pl-PL"/>
        </w:rPr>
        <w:t>UWAGA</w:t>
      </w:r>
      <w:r w:rsidR="00B64559">
        <w:rPr>
          <w:b/>
          <w:color w:val="FF0000"/>
          <w:sz w:val="24"/>
          <w:lang w:val="pl-PL"/>
        </w:rPr>
        <w:t>!-</w:t>
      </w:r>
      <w:r w:rsidRPr="00346174">
        <w:rPr>
          <w:b/>
          <w:color w:val="FF0000"/>
          <w:sz w:val="24"/>
          <w:lang w:val="pl-PL"/>
        </w:rPr>
        <w:t xml:space="preserve"> ZAŁĄCZNIK SKŁADANY RAZEM Z OFERTĄ</w:t>
      </w:r>
    </w:p>
    <w:p w:rsidR="00346174" w:rsidRPr="00346174" w:rsidRDefault="00346174">
      <w:pPr>
        <w:jc w:val="center"/>
        <w:rPr>
          <w:b/>
          <w:sz w:val="24"/>
          <w:lang w:val="pl-PL"/>
        </w:rPr>
      </w:pPr>
    </w:p>
    <w:p w:rsidR="00E750E8" w:rsidRPr="00346174" w:rsidRDefault="001A59D6">
      <w:pPr>
        <w:jc w:val="center"/>
        <w:rPr>
          <w:lang w:val="pl-PL"/>
        </w:rPr>
      </w:pPr>
      <w:r w:rsidRPr="00346174">
        <w:rPr>
          <w:b/>
          <w:sz w:val="24"/>
          <w:lang w:val="pl-PL"/>
        </w:rPr>
        <w:t xml:space="preserve">   </w:t>
      </w:r>
      <w:r w:rsidR="0003637C" w:rsidRPr="00346174">
        <w:rPr>
          <w:b/>
          <w:sz w:val="24"/>
          <w:lang w:val="pl-PL"/>
        </w:rPr>
        <w:t>FORMULARZ CENOWY – AGREGATY PRĄDOTWÓRCZE</w:t>
      </w:r>
    </w:p>
    <w:p w:rsidR="00E750E8" w:rsidRPr="00346174" w:rsidRDefault="0003637C">
      <w:pPr>
        <w:rPr>
          <w:lang w:val="pl-PL"/>
        </w:rPr>
      </w:pPr>
      <w:r w:rsidRPr="00346174">
        <w:rPr>
          <w:sz w:val="18"/>
          <w:lang w:val="pl-PL"/>
        </w:rPr>
        <w:t>Wykonawca wpisuje cenę jednostkową oraz wylicza wartość dla wymaganej liczby sztuk.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3969"/>
        <w:gridCol w:w="1020"/>
        <w:gridCol w:w="1587"/>
        <w:gridCol w:w="1587"/>
        <w:gridCol w:w="1418"/>
        <w:gridCol w:w="1701"/>
      </w:tblGrid>
      <w:tr w:rsidR="00E750E8" w:rsidRPr="00346174">
        <w:trPr>
          <w:tblHeader/>
          <w:jc w:val="center"/>
        </w:trPr>
        <w:tc>
          <w:tcPr>
            <w:tcW w:w="454" w:type="dxa"/>
            <w:shd w:val="clear" w:color="auto" w:fill="D9EAD3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D9EAD3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b/>
                <w:sz w:val="17"/>
                <w:lang w:val="pl-PL"/>
              </w:rPr>
              <w:t>Rodzaj / typ agregatu</w:t>
            </w:r>
          </w:p>
        </w:tc>
        <w:tc>
          <w:tcPr>
            <w:tcW w:w="1020" w:type="dxa"/>
            <w:shd w:val="clear" w:color="auto" w:fill="D9EAD3"/>
            <w:vAlign w:val="center"/>
          </w:tcPr>
          <w:p w:rsidR="00E750E8" w:rsidRPr="00346174" w:rsidRDefault="00511929">
            <w:pPr>
              <w:jc w:val="center"/>
              <w:rPr>
                <w:lang w:val="pl-PL"/>
              </w:rPr>
            </w:pPr>
            <w:r w:rsidRPr="00346174">
              <w:rPr>
                <w:b/>
                <w:sz w:val="17"/>
                <w:lang w:val="pl-PL"/>
              </w:rPr>
              <w:t>Cena jednostkowa</w:t>
            </w:r>
            <w:r w:rsidRPr="00346174">
              <w:rPr>
                <w:b/>
                <w:sz w:val="17"/>
                <w:lang w:val="pl-PL"/>
              </w:rPr>
              <w:br/>
              <w:t>netto (zł)</w:t>
            </w:r>
          </w:p>
        </w:tc>
        <w:tc>
          <w:tcPr>
            <w:tcW w:w="1587" w:type="dxa"/>
            <w:shd w:val="clear" w:color="auto" w:fill="D9EAD3"/>
            <w:vAlign w:val="center"/>
          </w:tcPr>
          <w:p w:rsidR="00E750E8" w:rsidRPr="00346174" w:rsidRDefault="00511929">
            <w:pPr>
              <w:jc w:val="center"/>
              <w:rPr>
                <w:lang w:val="pl-PL"/>
              </w:rPr>
            </w:pPr>
            <w:r w:rsidRPr="00346174">
              <w:rPr>
                <w:b/>
                <w:sz w:val="17"/>
                <w:lang w:val="pl-PL"/>
              </w:rPr>
              <w:t>Liczba sztuk</w:t>
            </w:r>
          </w:p>
        </w:tc>
        <w:tc>
          <w:tcPr>
            <w:tcW w:w="1587" w:type="dxa"/>
            <w:shd w:val="clear" w:color="auto" w:fill="D9EAD3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b/>
                <w:sz w:val="17"/>
                <w:lang w:val="pl-PL"/>
              </w:rPr>
              <w:t>Wartość netto</w:t>
            </w:r>
            <w:r w:rsidRPr="00346174">
              <w:rPr>
                <w:b/>
                <w:sz w:val="17"/>
                <w:lang w:val="pl-PL"/>
              </w:rPr>
              <w:br/>
              <w:t>(zł)</w:t>
            </w:r>
          </w:p>
        </w:tc>
        <w:tc>
          <w:tcPr>
            <w:tcW w:w="1417" w:type="dxa"/>
            <w:shd w:val="clear" w:color="auto" w:fill="D9EAD3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b/>
                <w:sz w:val="17"/>
                <w:lang w:val="pl-PL"/>
              </w:rPr>
              <w:t>VAT 23%</w:t>
            </w:r>
            <w:r w:rsidRPr="00346174">
              <w:rPr>
                <w:b/>
                <w:sz w:val="17"/>
                <w:lang w:val="pl-PL"/>
              </w:rPr>
              <w:br/>
              <w:t>(zł)</w:t>
            </w:r>
          </w:p>
        </w:tc>
        <w:tc>
          <w:tcPr>
            <w:tcW w:w="1701" w:type="dxa"/>
            <w:shd w:val="clear" w:color="auto" w:fill="D9EAD3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b/>
                <w:sz w:val="17"/>
                <w:lang w:val="pl-PL"/>
              </w:rPr>
              <w:t>Wartość brutto</w:t>
            </w:r>
            <w:r w:rsidRPr="00346174">
              <w:rPr>
                <w:b/>
                <w:sz w:val="17"/>
                <w:lang w:val="pl-PL"/>
              </w:rPr>
              <w:br/>
              <w:t>(zł)</w:t>
            </w:r>
          </w:p>
        </w:tc>
      </w:tr>
      <w:tr w:rsidR="00E750E8" w:rsidRPr="00346174">
        <w:trPr>
          <w:jc w:val="center"/>
        </w:trPr>
        <w:tc>
          <w:tcPr>
            <w:tcW w:w="454" w:type="dxa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sz w:val="18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:rsidR="00E750E8" w:rsidRPr="00346174" w:rsidRDefault="0003637C">
            <w:pPr>
              <w:rPr>
                <w:lang w:val="pl-PL"/>
              </w:rPr>
            </w:pPr>
            <w:r w:rsidRPr="00346174">
              <w:rPr>
                <w:sz w:val="18"/>
                <w:lang w:val="pl-PL"/>
              </w:rPr>
              <w:t>Agregat prądotwórczy – min. 5,5 kW</w:t>
            </w:r>
          </w:p>
        </w:tc>
        <w:tc>
          <w:tcPr>
            <w:tcW w:w="1020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587" w:type="dxa"/>
            <w:vAlign w:val="center"/>
          </w:tcPr>
          <w:p w:rsidR="00E750E8" w:rsidRPr="00346174" w:rsidRDefault="00511929">
            <w:pPr>
              <w:jc w:val="center"/>
              <w:rPr>
                <w:lang w:val="pl-PL"/>
              </w:rPr>
            </w:pPr>
            <w:r w:rsidRPr="00346174">
              <w:rPr>
                <w:lang w:val="pl-PL"/>
              </w:rPr>
              <w:t>9</w:t>
            </w:r>
          </w:p>
        </w:tc>
        <w:tc>
          <w:tcPr>
            <w:tcW w:w="1587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</w:tr>
      <w:tr w:rsidR="00E750E8" w:rsidRPr="00346174">
        <w:trPr>
          <w:jc w:val="center"/>
        </w:trPr>
        <w:tc>
          <w:tcPr>
            <w:tcW w:w="454" w:type="dxa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sz w:val="18"/>
                <w:lang w:val="pl-PL"/>
              </w:rPr>
              <w:t>2</w:t>
            </w:r>
          </w:p>
        </w:tc>
        <w:tc>
          <w:tcPr>
            <w:tcW w:w="3969" w:type="dxa"/>
            <w:vAlign w:val="center"/>
          </w:tcPr>
          <w:p w:rsidR="00E750E8" w:rsidRPr="00346174" w:rsidRDefault="0003637C">
            <w:pPr>
              <w:rPr>
                <w:lang w:val="pl-PL"/>
              </w:rPr>
            </w:pPr>
            <w:r w:rsidRPr="00346174">
              <w:rPr>
                <w:sz w:val="18"/>
                <w:lang w:val="pl-PL"/>
              </w:rPr>
              <w:t>Agregat prądotwórczy – min. 8,5 kW</w:t>
            </w:r>
          </w:p>
        </w:tc>
        <w:tc>
          <w:tcPr>
            <w:tcW w:w="1020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587" w:type="dxa"/>
            <w:vAlign w:val="center"/>
          </w:tcPr>
          <w:p w:rsidR="00E750E8" w:rsidRPr="00346174" w:rsidRDefault="00511929">
            <w:pPr>
              <w:jc w:val="center"/>
              <w:rPr>
                <w:lang w:val="pl-PL"/>
              </w:rPr>
            </w:pPr>
            <w:r w:rsidRPr="00346174">
              <w:rPr>
                <w:lang w:val="pl-PL"/>
              </w:rPr>
              <w:t>2</w:t>
            </w:r>
          </w:p>
        </w:tc>
        <w:tc>
          <w:tcPr>
            <w:tcW w:w="1587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</w:tr>
      <w:tr w:rsidR="00E750E8" w:rsidRPr="00346174">
        <w:trPr>
          <w:jc w:val="center"/>
        </w:trPr>
        <w:tc>
          <w:tcPr>
            <w:tcW w:w="454" w:type="dxa"/>
            <w:vAlign w:val="center"/>
          </w:tcPr>
          <w:p w:rsidR="00E750E8" w:rsidRPr="00346174" w:rsidRDefault="0003637C">
            <w:pPr>
              <w:jc w:val="center"/>
              <w:rPr>
                <w:lang w:val="pl-PL"/>
              </w:rPr>
            </w:pPr>
            <w:r w:rsidRPr="00346174">
              <w:rPr>
                <w:sz w:val="18"/>
                <w:lang w:val="pl-PL"/>
              </w:rPr>
              <w:t>3</w:t>
            </w:r>
          </w:p>
        </w:tc>
        <w:tc>
          <w:tcPr>
            <w:tcW w:w="3969" w:type="dxa"/>
            <w:vAlign w:val="center"/>
          </w:tcPr>
          <w:p w:rsidR="00E750E8" w:rsidRPr="00346174" w:rsidRDefault="0003637C" w:rsidP="00511929">
            <w:pPr>
              <w:rPr>
                <w:lang w:val="pl-PL"/>
              </w:rPr>
            </w:pPr>
            <w:r w:rsidRPr="00346174">
              <w:rPr>
                <w:sz w:val="18"/>
                <w:lang w:val="pl-PL"/>
              </w:rPr>
              <w:t>Agrega</w:t>
            </w:r>
            <w:r w:rsidR="00511929" w:rsidRPr="00346174">
              <w:rPr>
                <w:sz w:val="18"/>
                <w:lang w:val="pl-PL"/>
              </w:rPr>
              <w:t>t prądotwórczy –250 kW wraz z przyczepą</w:t>
            </w:r>
          </w:p>
        </w:tc>
        <w:tc>
          <w:tcPr>
            <w:tcW w:w="1020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587" w:type="dxa"/>
            <w:vAlign w:val="center"/>
          </w:tcPr>
          <w:p w:rsidR="00E750E8" w:rsidRPr="00346174" w:rsidRDefault="00511929">
            <w:pPr>
              <w:jc w:val="center"/>
              <w:rPr>
                <w:lang w:val="pl-PL"/>
              </w:rPr>
            </w:pPr>
            <w:r w:rsidRPr="00346174">
              <w:rPr>
                <w:lang w:val="pl-PL"/>
              </w:rPr>
              <w:t>3</w:t>
            </w:r>
          </w:p>
        </w:tc>
        <w:tc>
          <w:tcPr>
            <w:tcW w:w="1587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</w:tr>
      <w:tr w:rsidR="00E750E8" w:rsidRPr="00346174">
        <w:trPr>
          <w:jc w:val="center"/>
        </w:trPr>
        <w:tc>
          <w:tcPr>
            <w:tcW w:w="10035" w:type="dxa"/>
            <w:gridSpan w:val="6"/>
            <w:vAlign w:val="center"/>
          </w:tcPr>
          <w:p w:rsidR="00E750E8" w:rsidRPr="00346174" w:rsidRDefault="0003637C">
            <w:pPr>
              <w:jc w:val="right"/>
              <w:rPr>
                <w:lang w:val="pl-PL"/>
              </w:rPr>
            </w:pPr>
            <w:r w:rsidRPr="00346174">
              <w:rPr>
                <w:b/>
                <w:sz w:val="18"/>
                <w:lang w:val="pl-PL"/>
              </w:rPr>
              <w:t>RAZEM CENA OFERTY:</w:t>
            </w:r>
          </w:p>
        </w:tc>
        <w:tc>
          <w:tcPr>
            <w:tcW w:w="1701" w:type="dxa"/>
            <w:vAlign w:val="center"/>
          </w:tcPr>
          <w:p w:rsidR="00E750E8" w:rsidRPr="00346174" w:rsidRDefault="00E750E8">
            <w:pPr>
              <w:jc w:val="center"/>
              <w:rPr>
                <w:lang w:val="pl-PL"/>
              </w:rPr>
            </w:pPr>
          </w:p>
        </w:tc>
      </w:tr>
    </w:tbl>
    <w:p w:rsidR="00E750E8" w:rsidRPr="00346174" w:rsidRDefault="00E750E8">
      <w:pPr>
        <w:rPr>
          <w:lang w:val="pl-PL"/>
        </w:rPr>
      </w:pPr>
    </w:p>
    <w:p w:rsidR="00E750E8" w:rsidRDefault="005E5F2B">
      <w:pPr>
        <w:rPr>
          <w:lang w:val="pl-PL"/>
        </w:rPr>
      </w:pPr>
      <w:r w:rsidRPr="00346174">
        <w:rPr>
          <w:lang w:val="pl-PL"/>
        </w:rPr>
        <w:t>Uwaga – w</w:t>
      </w:r>
      <w:r w:rsidR="0082658B">
        <w:rPr>
          <w:lang w:val="pl-PL"/>
        </w:rPr>
        <w:t>a</w:t>
      </w:r>
      <w:r w:rsidRPr="00346174">
        <w:rPr>
          <w:lang w:val="pl-PL"/>
        </w:rPr>
        <w:t xml:space="preserve">rtość kolumny razem, </w:t>
      </w:r>
      <w:r w:rsidR="0082658B">
        <w:rPr>
          <w:lang w:val="pl-PL"/>
        </w:rPr>
        <w:t>jest tożsama  z całkowitą wartoś</w:t>
      </w:r>
      <w:r w:rsidRPr="00346174">
        <w:rPr>
          <w:lang w:val="pl-PL"/>
        </w:rPr>
        <w:t>cią oferty.</w:t>
      </w:r>
    </w:p>
    <w:p w:rsidR="00232EE4" w:rsidRDefault="00232EE4">
      <w:pPr>
        <w:rPr>
          <w:lang w:val="pl-PL"/>
        </w:rPr>
      </w:pPr>
    </w:p>
    <w:p w:rsidR="00232EE4" w:rsidRDefault="00232EE4">
      <w:pPr>
        <w:rPr>
          <w:lang w:val="pl-PL"/>
        </w:rPr>
      </w:pPr>
    </w:p>
    <w:p w:rsidR="00232EE4" w:rsidRDefault="00232EE4">
      <w:pPr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.....................................................................</w:t>
      </w:r>
    </w:p>
    <w:p w:rsidR="00232EE4" w:rsidRPr="00232EE4" w:rsidRDefault="00232EE4" w:rsidP="00232EE4">
      <w:pPr>
        <w:spacing w:after="0" w:line="240" w:lineRule="auto"/>
        <w:ind w:left="5529"/>
        <w:jc w:val="both"/>
        <w:rPr>
          <w:rFonts w:eastAsia="Times New Roman" w:cs="Arial"/>
          <w:i/>
          <w:sz w:val="22"/>
          <w:lang w:val="pl-PL" w:eastAsia="pl-PL"/>
        </w:rPr>
      </w:pPr>
      <w:r w:rsidRPr="00232EE4">
        <w:rPr>
          <w:rFonts w:eastAsia="Times New Roman" w:cs="Arial"/>
          <w:i/>
          <w:sz w:val="24"/>
          <w:szCs w:val="24"/>
          <w:lang w:val="pl-PL" w:eastAsia="pl-PL"/>
        </w:rPr>
        <w:t>(</w:t>
      </w:r>
      <w:r w:rsidRPr="00232EE4">
        <w:rPr>
          <w:rFonts w:eastAsia="Times New Roman" w:cs="Arial"/>
          <w:i/>
          <w:sz w:val="22"/>
          <w:lang w:val="pl-PL" w:eastAsia="pl-PL"/>
        </w:rPr>
        <w:t>Podpis(y) osoby(osób) upoważnionej(</w:t>
      </w:r>
      <w:proofErr w:type="spellStart"/>
      <w:r w:rsidRPr="00232EE4">
        <w:rPr>
          <w:rFonts w:eastAsia="Times New Roman" w:cs="Arial"/>
          <w:i/>
          <w:sz w:val="22"/>
          <w:lang w:val="pl-PL" w:eastAsia="pl-PL"/>
        </w:rPr>
        <w:t>ych</w:t>
      </w:r>
      <w:proofErr w:type="spellEnd"/>
      <w:r w:rsidRPr="00232EE4">
        <w:rPr>
          <w:rFonts w:eastAsia="Times New Roman" w:cs="Arial"/>
          <w:i/>
          <w:sz w:val="22"/>
          <w:lang w:val="pl-PL" w:eastAsia="pl-PL"/>
        </w:rPr>
        <w:t>) do podpisania niniejszej oferty w imieniu Wykonawcy(ów).</w:t>
      </w:r>
    </w:p>
    <w:p w:rsidR="00232EE4" w:rsidRPr="00232EE4" w:rsidRDefault="00232EE4" w:rsidP="00232EE4">
      <w:pPr>
        <w:spacing w:after="0" w:line="240" w:lineRule="auto"/>
        <w:ind w:left="5529"/>
        <w:jc w:val="both"/>
        <w:rPr>
          <w:rFonts w:eastAsia="Times New Roman" w:cs="Arial"/>
          <w:i/>
          <w:sz w:val="22"/>
          <w:lang w:val="pl-PL" w:eastAsia="pl-PL"/>
        </w:rPr>
      </w:pPr>
      <w:r w:rsidRPr="00232EE4">
        <w:rPr>
          <w:rFonts w:eastAsia="Times New Roman" w:cs="Arial"/>
          <w:i/>
          <w:sz w:val="22"/>
          <w:lang w:val="pl-PL" w:eastAsia="pl-PL"/>
        </w:rPr>
        <w:t>Oferta w postaci elektronicznej winna być podpisana kwalifikowanym podpisem elektronicznym lub podpisem zaufanym  lub podpisem osobistym</w:t>
      </w:r>
    </w:p>
    <w:p w:rsidR="00232EE4" w:rsidRPr="00346174" w:rsidRDefault="00232EE4">
      <w:pPr>
        <w:rPr>
          <w:lang w:val="pl-PL"/>
        </w:rPr>
      </w:pPr>
    </w:p>
    <w:sectPr w:rsidR="00232EE4" w:rsidRPr="00346174" w:rsidSect="00034616">
      <w:head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59" w:rsidRDefault="00701C59" w:rsidP="00701C59">
      <w:pPr>
        <w:spacing w:after="0" w:line="240" w:lineRule="auto"/>
      </w:pPr>
      <w:r>
        <w:separator/>
      </w:r>
    </w:p>
  </w:endnote>
  <w:endnote w:type="continuationSeparator" w:id="0">
    <w:p w:rsidR="00701C59" w:rsidRDefault="00701C59" w:rsidP="0070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59" w:rsidRDefault="00701C59" w:rsidP="00701C59">
      <w:pPr>
        <w:spacing w:after="0" w:line="240" w:lineRule="auto"/>
      </w:pPr>
      <w:r>
        <w:separator/>
      </w:r>
    </w:p>
  </w:footnote>
  <w:footnote w:type="continuationSeparator" w:id="0">
    <w:p w:rsidR="00701C59" w:rsidRDefault="00701C59" w:rsidP="00701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C59" w:rsidRDefault="00701C59" w:rsidP="00701C59">
    <w:pPr>
      <w:pStyle w:val="Nagwek"/>
      <w:ind w:firstLine="720"/>
    </w:pPr>
    <w:r>
      <w:tab/>
    </w:r>
    <w:r>
      <w:tab/>
    </w:r>
    <w:r w:rsidRPr="00701C59">
      <w:rPr>
        <w:rFonts w:ascii="Times New Roman" w:eastAsia="Times New Roman" w:hAnsi="Times New Roman" w:cs="Times New Roman"/>
        <w:noProof/>
        <w:szCs w:val="20"/>
        <w:lang w:val="pl-PL" w:eastAsia="pl-PL"/>
      </w:rPr>
      <w:drawing>
        <wp:inline distT="0" distB="0" distL="0" distR="0">
          <wp:extent cx="2305050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637C"/>
    <w:rsid w:val="0006063C"/>
    <w:rsid w:val="000C5DE9"/>
    <w:rsid w:val="0015074B"/>
    <w:rsid w:val="001A59D6"/>
    <w:rsid w:val="00232EE4"/>
    <w:rsid w:val="0029639D"/>
    <w:rsid w:val="00326F90"/>
    <w:rsid w:val="00346174"/>
    <w:rsid w:val="00511929"/>
    <w:rsid w:val="005E5F2B"/>
    <w:rsid w:val="00701C59"/>
    <w:rsid w:val="0082658B"/>
    <w:rsid w:val="00AA1D8D"/>
    <w:rsid w:val="00B47730"/>
    <w:rsid w:val="00B64559"/>
    <w:rsid w:val="00CB0664"/>
    <w:rsid w:val="00E750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95BB7"/>
  <w14:defaultImageDpi w14:val="300"/>
  <w15:docId w15:val="{DB511497-E771-487F-9A0D-29C82DBC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A5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9D6"/>
    <w:rPr>
      <w:rFonts w:ascii="Segoe UI" w:eastAsia="Arial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32EE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2EE4"/>
    <w:rPr>
      <w:rFonts w:ascii="Arial" w:eastAsia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5140BB-F65B-4D4A-9796-52F8C794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Pszczółkowska</cp:lastModifiedBy>
  <cp:revision>12</cp:revision>
  <cp:lastPrinted>2026-09-02T09:16:00Z</cp:lastPrinted>
  <dcterms:created xsi:type="dcterms:W3CDTF">2013-12-23T23:15:00Z</dcterms:created>
  <dcterms:modified xsi:type="dcterms:W3CDTF">2026-09-02T13:53:00Z</dcterms:modified>
  <cp:category/>
</cp:coreProperties>
</file>